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  <w:keepNext/>
        <w:keepLines/>
      </w:pPr>
      <w:r>
        <w:rPr>
          <w:rFonts w:ascii="Aptos" w:hAnsi="Aptos"/>
          <w:b/>
          <w:i w:val="0"/>
          <w:color w:val="17324D"/>
          <w:sz w:val="48"/>
        </w:rPr>
        <w:t>ISHAN ASATI</w:t>
      </w:r>
    </w:p>
    <w:p>
      <w:pPr>
        <w:spacing w:before="0" w:after="20"/>
        <w:keepNext/>
        <w:keepLines/>
      </w:pPr>
      <w:r>
        <w:rPr>
          <w:rFonts w:ascii="Aptos" w:hAnsi="Aptos"/>
          <w:b/>
          <w:i w:val="0"/>
          <w:color w:val="2A6595"/>
          <w:sz w:val="20"/>
        </w:rPr>
        <w:t>STUDENT PRODUCT BUILDER | AI-ASSISTED WEB, ML &amp; HARDWARE PROTOTYPING</w:t>
      </w:r>
    </w:p>
    <w:p>
      <w:pPr>
        <w:spacing w:before="0" w:after="120"/>
        <w:pBdr>
          <w:bottom w:val="single" w:sz="9" w:space="5" w:color="17324D"/>
        </w:pBdr>
        <w:keepNext/>
        <w:keepLines/>
      </w:pPr>
      <w:r>
        <w:rPr>
          <w:rFonts w:ascii="Aptos" w:hAnsi="Aptos"/>
          <w:b w:val="0"/>
          <w:i w:val="0"/>
          <w:color w:val="555B61"/>
          <w:sz w:val="18"/>
        </w:rPr>
        <w:t>New Delhi, India  |  github.com/IshanAsati  |  ishanasati.me</w:t>
      </w:r>
    </w:p>
    <w:p>
      <w:pPr>
        <w:pStyle w:val="ResumeSection"/>
        <w:keepNext/>
        <w:spacing w:before="160" w:after="80"/>
        <w:pBdr>
          <w:bottom w:val="single" w:sz="6" w:space="3" w:color="DCE2E8"/>
        </w:pBdr>
        <w:keepNext/>
        <w:keepLines/>
      </w:pPr>
      <w:r>
        <w:rPr>
          <w:rFonts w:ascii="Aptos" w:hAnsi="Aptos"/>
          <w:b/>
          <w:i w:val="0"/>
          <w:color w:val="2A6595"/>
          <w:sz w:val="21"/>
        </w:rPr>
        <w:t>PROFILE</w:t>
      </w:r>
    </w:p>
    <w:p>
      <w:pPr>
        <w:spacing w:before="0" w:after="40" w:line="259" w:lineRule="auto"/>
      </w:pPr>
      <w:r>
        <w:rPr>
          <w:rFonts w:ascii="Aptos" w:hAnsi="Aptos"/>
          <w:b w:val="0"/>
          <w:i w:val="0"/>
          <w:color w:val="1C2024"/>
          <w:sz w:val="19"/>
        </w:rPr>
        <w:t>Award-winning Class 10 CBSE student who uses AI coding tools to turn ideas into working web, ML, mobile and hardware prototypes. Strongest in product definition, interface decisions, prompt-driven implementation, iterative debugging, testing and demonstrations; currently strengthening independent programming fundamentals.</w:t>
      </w:r>
    </w:p>
    <w:p>
      <w:pPr>
        <w:pStyle w:val="ResumeSection"/>
        <w:keepNext/>
        <w:spacing w:before="160" w:after="80"/>
        <w:pBdr>
          <w:bottom w:val="single" w:sz="6" w:space="3" w:color="DCE2E8"/>
        </w:pBdr>
        <w:keepNext/>
        <w:keepLines/>
      </w:pPr>
      <w:r>
        <w:rPr>
          <w:rFonts w:ascii="Aptos" w:hAnsi="Aptos"/>
          <w:b/>
          <w:i w:val="0"/>
          <w:color w:val="2A6595"/>
          <w:sz w:val="21"/>
        </w:rPr>
        <w:t>HONORS &amp; AWARDS</w:t>
      </w:r>
    </w:p>
    <w:p>
      <w:pPr>
        <w:pStyle w:val="ResumeBullet"/>
        <w:numPr>
          <w:ilvl w:val="0"/>
          <w:numId w:val="10"/>
        </w:numPr>
        <w:spacing w:before="0" w:after="24" w:line="254" w:lineRule="auto"/>
        <w:keepLines/>
      </w:pPr>
      <w:r>
        <w:rPr>
          <w:rFonts w:ascii="Aptos" w:hAnsi="Aptos"/>
          <w:b w:val="0"/>
          <w:i w:val="0"/>
          <w:color w:val="1C2024"/>
          <w:sz w:val="19"/>
        </w:rPr>
        <w:t>First Place - DermoAI, DAV M.L. Khanna competition.</w:t>
      </w:r>
    </w:p>
    <w:p>
      <w:pPr>
        <w:pStyle w:val="ResumeBullet"/>
        <w:numPr>
          <w:ilvl w:val="0"/>
          <w:numId w:val="10"/>
        </w:numPr>
        <w:spacing w:before="0" w:after="24" w:line="254" w:lineRule="auto"/>
        <w:keepLines/>
      </w:pPr>
      <w:r>
        <w:rPr>
          <w:rFonts w:ascii="Aptos" w:hAnsi="Aptos"/>
          <w:b w:val="0"/>
          <w:i w:val="0"/>
          <w:color w:val="1C2024"/>
          <w:sz w:val="19"/>
        </w:rPr>
        <w:t>Third Place - Technology Quiz, TAPS Fest.</w:t>
      </w:r>
    </w:p>
    <w:p>
      <w:pPr>
        <w:pStyle w:val="ResumeBullet"/>
        <w:numPr>
          <w:ilvl w:val="0"/>
          <w:numId w:val="10"/>
        </w:numPr>
        <w:spacing w:before="0" w:after="24" w:line="254" w:lineRule="auto"/>
        <w:keepLines/>
      </w:pPr>
      <w:r>
        <w:rPr>
          <w:rFonts w:ascii="Aptos" w:hAnsi="Aptos"/>
          <w:b w:val="0"/>
          <w:i w:val="0"/>
          <w:color w:val="1C2024"/>
          <w:sz w:val="19"/>
        </w:rPr>
        <w:t>Third Place - School Chatbot-Making Competition.</w:t>
      </w:r>
    </w:p>
    <w:p>
      <w:pPr>
        <w:pStyle w:val="ResumeBullet"/>
        <w:numPr>
          <w:ilvl w:val="0"/>
          <w:numId w:val="10"/>
        </w:numPr>
        <w:spacing w:before="0" w:after="24" w:line="254" w:lineRule="auto"/>
        <w:keepLines/>
      </w:pPr>
      <w:r>
        <w:rPr>
          <w:rFonts w:ascii="Aptos" w:hAnsi="Aptos"/>
          <w:b w:val="0"/>
          <w:i w:val="0"/>
          <w:color w:val="1C2024"/>
          <w:sz w:val="19"/>
        </w:rPr>
        <w:t>Class Topper (1st in class), SOF International Computer Science Olympiad, Grade 9; 90th percentile.</w:t>
      </w:r>
    </w:p>
    <w:p>
      <w:pPr>
        <w:pStyle w:val="ResumeSection"/>
        <w:keepNext/>
        <w:spacing w:before="160" w:after="80"/>
        <w:pBdr>
          <w:bottom w:val="single" w:sz="6" w:space="3" w:color="DCE2E8"/>
        </w:pBdr>
        <w:keepNext/>
        <w:keepLines/>
      </w:pPr>
      <w:r>
        <w:rPr>
          <w:rFonts w:ascii="Aptos" w:hAnsi="Aptos"/>
          <w:b/>
          <w:i w:val="0"/>
          <w:color w:val="2A6595"/>
          <w:sz w:val="21"/>
        </w:rPr>
        <w:t>TECHNICAL SKILLS</w:t>
      </w:r>
    </w:p>
    <w:p>
      <w:pPr>
        <w:spacing w:before="0" w:after="24" w:line="245" w:lineRule="auto"/>
        <w:keepLines/>
      </w:pPr>
      <w:r>
        <w:rPr>
          <w:rFonts w:ascii="Aptos" w:hAnsi="Aptos"/>
          <w:b/>
          <w:i w:val="0"/>
          <w:color w:val="17324D"/>
          <w:sz w:val="19"/>
        </w:rPr>
        <w:t xml:space="preserve">Core: </w:t>
      </w:r>
      <w:r>
        <w:rPr>
          <w:rFonts w:ascii="Aptos" w:hAnsi="Aptos"/>
          <w:b w:val="0"/>
          <w:i w:val="0"/>
          <w:color w:val="1C2024"/>
          <w:sz w:val="19"/>
        </w:rPr>
        <w:t>AI-assisted development; product ideation; feature specification; rapid prototyping; testing and debugging</w:t>
      </w:r>
    </w:p>
    <w:p>
      <w:pPr>
        <w:spacing w:before="0" w:after="24" w:line="245" w:lineRule="auto"/>
        <w:keepLines/>
      </w:pPr>
      <w:r>
        <w:rPr>
          <w:rFonts w:ascii="Aptos" w:hAnsi="Aptos"/>
          <w:b/>
          <w:i w:val="0"/>
          <w:color w:val="17324D"/>
          <w:sz w:val="19"/>
        </w:rPr>
        <w:t xml:space="preserve">Programming: </w:t>
      </w:r>
      <w:r>
        <w:rPr>
          <w:rFonts w:ascii="Aptos" w:hAnsi="Aptos"/>
          <w:b w:val="0"/>
          <w:i w:val="0"/>
          <w:color w:val="1C2024"/>
          <w:sz w:val="19"/>
        </w:rPr>
        <w:t>Python fundamentals; C/C++ for Arduino/ESP32; REST/JSON fundamentals; Git/GitHub</w:t>
      </w:r>
    </w:p>
    <w:p>
      <w:pPr>
        <w:spacing w:before="0" w:after="24" w:line="245" w:lineRule="auto"/>
        <w:keepLines/>
      </w:pPr>
      <w:r>
        <w:rPr>
          <w:rFonts w:ascii="Aptos" w:hAnsi="Aptos"/>
          <w:b/>
          <w:i w:val="0"/>
          <w:color w:val="17324D"/>
          <w:sz w:val="19"/>
        </w:rPr>
        <w:t xml:space="preserve">Project Exposure: </w:t>
      </w:r>
      <w:r>
        <w:rPr>
          <w:rFonts w:ascii="Aptos" w:hAnsi="Aptos"/>
          <w:b w:val="0"/>
          <w:i w:val="0"/>
          <w:color w:val="1C2024"/>
          <w:sz w:val="19"/>
        </w:rPr>
        <w:t>React; Next.js; TypeScript; Flask; FastAPI; PyTorch; Appwrite; Kotlin/Jetpack Compose</w:t>
      </w:r>
    </w:p>
    <w:p>
      <w:pPr>
        <w:spacing w:before="0" w:after="24" w:line="245" w:lineRule="auto"/>
        <w:keepLines/>
      </w:pPr>
      <w:r>
        <w:rPr>
          <w:rFonts w:ascii="Aptos" w:hAnsi="Aptos"/>
          <w:b/>
          <w:i w:val="0"/>
          <w:color w:val="17324D"/>
          <w:sz w:val="19"/>
        </w:rPr>
        <w:t xml:space="preserve">Currently Learning: </w:t>
      </w:r>
      <w:r>
        <w:rPr>
          <w:rFonts w:ascii="Aptos" w:hAnsi="Aptos"/>
          <w:b w:val="0"/>
          <w:i w:val="0"/>
          <w:color w:val="1C2024"/>
          <w:sz w:val="19"/>
        </w:rPr>
        <w:t>Python OOP; data structures and algorithms; APIs; code comprehension and maintenance</w:t>
      </w:r>
    </w:p>
    <w:p>
      <w:pPr>
        <w:pStyle w:val="ResumeSection"/>
        <w:keepNext/>
        <w:spacing w:before="160" w:after="80"/>
        <w:pBdr>
          <w:bottom w:val="single" w:sz="6" w:space="3" w:color="DCE2E8"/>
        </w:pBdr>
        <w:keepNext/>
        <w:keepLines/>
      </w:pPr>
      <w:r>
        <w:rPr>
          <w:rFonts w:ascii="Aptos" w:hAnsi="Aptos"/>
          <w:b/>
          <w:i w:val="0"/>
          <w:color w:val="2A6595"/>
          <w:sz w:val="21"/>
        </w:rPr>
        <w:t>SELECTED PROJECTS</w:t>
      </w:r>
    </w:p>
    <w:p>
      <w:pPr>
        <w:pStyle w:val="ResumeProject"/>
        <w:keepNext/>
        <w:spacing w:before="40" w:after="30"/>
        <w:keepNext/>
        <w:keepLines/>
      </w:pPr>
      <w:r>
        <w:rPr>
          <w:rFonts w:ascii="Aptos" w:hAnsi="Aptos"/>
          <w:b/>
          <w:i w:val="0"/>
          <w:color w:val="17324D"/>
          <w:sz w:val="20"/>
        </w:rPr>
        <w:t>DERMOAI</w:t>
      </w:r>
      <w:r>
        <w:rPr>
          <w:rFonts w:ascii="Aptos" w:hAnsi="Aptos"/>
          <w:b w:val="0"/>
          <w:i/>
          <w:color w:val="555B61"/>
          <w:sz w:val="19"/>
        </w:rPr>
        <w:t xml:space="preserve"> | Award-winning AI-assisted ML research prototype</w:t>
      </w:r>
      <w:r>
        <w:rPr>
          <w:rFonts w:ascii="Aptos" w:hAnsi="Aptos"/>
          <w:b w:val="0"/>
          <w:i w:val="0"/>
          <w:color w:val="555B61"/>
          <w:sz w:val="19"/>
        </w:rPr>
        <w:t xml:space="preserve">  |  2026</w:t>
      </w:r>
    </w:p>
    <w:p>
      <w:pPr>
        <w:pStyle w:val="ResumeBullet"/>
        <w:numPr>
          <w:ilvl w:val="0"/>
          <w:numId w:val="10"/>
        </w:numPr>
        <w:spacing w:before="0" w:after="34" w:line="254" w:lineRule="auto"/>
        <w:keepLines/>
      </w:pPr>
      <w:r>
        <w:rPr>
          <w:rFonts w:ascii="Aptos" w:hAnsi="Aptos"/>
          <w:b w:val="0"/>
          <w:i w:val="0"/>
          <w:color w:val="1C2024"/>
          <w:sz w:val="19"/>
        </w:rPr>
        <w:t>Used AI-assisted workflows to develop and iterate on a 12-class skin-lesion research prototype combining ConvNeXt/PyTorch experimentation, 27,000+ images and 82.79% reported internal accuracy.</w:t>
      </w:r>
    </w:p>
    <w:p>
      <w:pPr>
        <w:pStyle w:val="ResumeBullet"/>
        <w:numPr>
          <w:ilvl w:val="0"/>
          <w:numId w:val="10"/>
        </w:numPr>
        <w:spacing w:before="0" w:after="34" w:line="254" w:lineRule="auto"/>
        <w:keepLines/>
      </w:pPr>
      <w:r>
        <w:rPr>
          <w:rFonts w:ascii="Aptos" w:hAnsi="Aptos"/>
          <w:b w:val="0"/>
          <w:i w:val="0"/>
          <w:color w:val="1C2024"/>
          <w:sz w:val="19"/>
        </w:rPr>
        <w:t>Defined product features, tested outputs and resolved integration/runtime issues across Flask/FastAPI services, a responsive web interface and an offline Android MVP; earned first place at DAV M.L. Khanna.</w:t>
      </w:r>
    </w:p>
    <w:p>
      <w:pPr>
        <w:pStyle w:val="ResumeProject"/>
        <w:keepNext/>
        <w:spacing w:before="40" w:after="30"/>
        <w:keepNext/>
        <w:keepLines/>
      </w:pPr>
      <w:r>
        <w:rPr>
          <w:rFonts w:ascii="Aptos" w:hAnsi="Aptos"/>
          <w:b/>
          <w:i w:val="0"/>
          <w:color w:val="17324D"/>
          <w:sz w:val="20"/>
        </w:rPr>
        <w:t>ATLAS</w:t>
      </w:r>
      <w:r>
        <w:rPr>
          <w:rFonts w:ascii="Aptos" w:hAnsi="Aptos"/>
          <w:b w:val="0"/>
          <w:i/>
          <w:color w:val="555B61"/>
          <w:sz w:val="19"/>
        </w:rPr>
        <w:t xml:space="preserve"> | AI-assisted study operating-system prototype</w:t>
      </w:r>
      <w:r>
        <w:rPr>
          <w:rFonts w:ascii="Aptos" w:hAnsi="Aptos"/>
          <w:b w:val="0"/>
          <w:i w:val="0"/>
          <w:color w:val="555B61"/>
          <w:sz w:val="19"/>
        </w:rPr>
        <w:t xml:space="preserve">  |  2026</w:t>
      </w:r>
    </w:p>
    <w:p>
      <w:pPr>
        <w:pStyle w:val="ResumeBullet"/>
        <w:numPr>
          <w:ilvl w:val="0"/>
          <w:numId w:val="10"/>
        </w:numPr>
        <w:spacing w:before="0" w:after="34" w:line="254" w:lineRule="auto"/>
        <w:keepLines/>
      </w:pPr>
      <w:r>
        <w:rPr>
          <w:rFonts w:ascii="Aptos" w:hAnsi="Aptos"/>
          <w:b w:val="0"/>
          <w:i w:val="0"/>
          <w:color w:val="1C2024"/>
          <w:sz w:val="19"/>
        </w:rPr>
        <w:t>Specified and iterated on six product screens covering dashboard, calendar, focus mode, learning graph, progress and onboarding through an AI-assisted Next.js/TypeScript workflow.</w:t>
      </w:r>
    </w:p>
    <w:p>
      <w:pPr>
        <w:pStyle w:val="ResumeBullet"/>
        <w:numPr>
          <w:ilvl w:val="0"/>
          <w:numId w:val="10"/>
        </w:numPr>
        <w:spacing w:before="0" w:after="34" w:line="254" w:lineRule="auto"/>
        <w:keepLines/>
      </w:pPr>
      <w:r>
        <w:rPr>
          <w:rFonts w:ascii="Aptos" w:hAnsi="Aptos"/>
          <w:b w:val="0"/>
          <w:i w:val="0"/>
          <w:color w:val="1C2024"/>
          <w:sz w:val="19"/>
        </w:rPr>
        <w:t>Used AI assistance to integrate a streaming DeepSeek coach, PDF syllabus extraction, Appwrite data storage and an offline fallback; tested workflows and prepared the competition demo.</w:t>
      </w:r>
    </w:p>
    <w:p>
      <w:pPr>
        <w:pStyle w:val="ResumeProject"/>
        <w:keepNext/>
        <w:spacing w:before="40" w:after="30"/>
        <w:keepNext/>
        <w:keepLines/>
      </w:pPr>
      <w:r>
        <w:rPr>
          <w:rFonts w:ascii="Aptos" w:hAnsi="Aptos"/>
          <w:b/>
          <w:i w:val="0"/>
          <w:color w:val="17324D"/>
          <w:sz w:val="20"/>
        </w:rPr>
        <w:t>STUDYFLOW</w:t>
      </w:r>
      <w:r>
        <w:rPr>
          <w:rFonts w:ascii="Aptos" w:hAnsi="Aptos"/>
          <w:b w:val="0"/>
          <w:i/>
          <w:color w:val="555B61"/>
          <w:sz w:val="19"/>
        </w:rPr>
        <w:t xml:space="preserve"> | AI-assisted student productivity web prototype</w:t>
      </w:r>
      <w:r>
        <w:rPr>
          <w:rFonts w:ascii="Aptos" w:hAnsi="Aptos"/>
          <w:b w:val="0"/>
          <w:i w:val="0"/>
          <w:color w:val="555B61"/>
          <w:sz w:val="19"/>
        </w:rPr>
        <w:t xml:space="preserve">  |  2026</w:t>
      </w:r>
    </w:p>
    <w:p>
      <w:pPr>
        <w:pStyle w:val="ResumeBullet"/>
        <w:numPr>
          <w:ilvl w:val="0"/>
          <w:numId w:val="10"/>
        </w:numPr>
        <w:spacing w:before="0" w:after="34" w:line="254" w:lineRule="auto"/>
        <w:keepLines/>
      </w:pPr>
      <w:r>
        <w:rPr>
          <w:rFonts w:ascii="Aptos" w:hAnsi="Aptos"/>
          <w:b w:val="0"/>
          <w:i w:val="0"/>
          <w:color w:val="1C2024"/>
          <w:sz w:val="19"/>
        </w:rPr>
        <w:t>Directed and tested a React/TypeScript prototype with Pomodoro modes, task and distraction tracking, analytics, gamification, PDF export and Appwrite-backed sync, focusing on requirements and UI iteration.</w:t>
      </w:r>
    </w:p>
    <w:p>
      <w:pPr>
        <w:pStyle w:val="ResumeSection"/>
        <w:keepNext/>
        <w:spacing w:before="160" w:after="80"/>
        <w:pBdr>
          <w:bottom w:val="single" w:sz="6" w:space="3" w:color="DCE2E8"/>
        </w:pBdr>
        <w:keepNext/>
        <w:keepLines/>
      </w:pPr>
      <w:r>
        <w:rPr>
          <w:rFonts w:ascii="Aptos" w:hAnsi="Aptos"/>
          <w:b/>
          <w:i w:val="0"/>
          <w:color w:val="2A6595"/>
          <w:sz w:val="21"/>
        </w:rPr>
        <w:t>EDUCATION</w:t>
      </w:r>
    </w:p>
    <w:p>
      <w:pPr>
        <w:spacing w:before="0" w:after="0"/>
      </w:pPr>
      <w:r>
        <w:rPr>
          <w:rFonts w:ascii="Aptos" w:hAnsi="Aptos"/>
          <w:b/>
          <w:i w:val="0"/>
          <w:color w:val="17324D"/>
          <w:sz w:val="20"/>
        </w:rPr>
        <w:t>GD Goenka Public School, Dwarka, New Delhi</w:t>
      </w:r>
      <w:r>
        <w:rPr>
          <w:rFonts w:ascii="Aptos" w:hAnsi="Aptos"/>
          <w:b w:val="0"/>
          <w:i w:val="0"/>
          <w:color w:val="555B61"/>
          <w:sz w:val="19"/>
        </w:rPr>
        <w:t xml:space="preserve">  |  CBSE Class 10  |  Expected 2027</w:t>
      </w:r>
    </w:p>
    <w:sectPr w:rsidR="00FC693F" w:rsidRPr="0006063C" w:rsidSect="00034616">
      <w:footerReference w:type="default" r:id="rId9"/>
      <w:pgSz w:w="12240" w:h="15840"/>
      <w:pgMar w:top="835" w:right="1037" w:bottom="792" w:left="1037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ptos" w:hAnsi="Aptos"/>
        <w:b w:val="0"/>
        <w:i w:val="0"/>
        <w:color w:val="82878C"/>
        <w:sz w:val="16"/>
      </w:rPr>
      <w:t>Student technical resume - August 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</w:pPr>
      <w:rPr>
        <w:rFonts w:ascii="Arial" w:hAnsi="Arial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4" w:lineRule="auto"/>
    </w:pPr>
    <w:rPr>
      <w:rFonts w:ascii="Aptos" w:hAnsi="Aptos"/>
      <w:color w:val="1C2024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Section">
    <w:name w:val="Resume Section"/>
    <w:basedOn w:val="Normal"/>
    <w:rPr>
      <w:rFonts w:ascii="Aptos" w:hAnsi="Aptos"/>
    </w:rPr>
  </w:style>
  <w:style w:type="paragraph" w:customStyle="1" w:styleId="ResumeBullet">
    <w:name w:val="Resume Bullet"/>
    <w:basedOn w:val="Normal"/>
    <w:rPr>
      <w:rFonts w:ascii="Aptos" w:hAnsi="Aptos"/>
    </w:rPr>
  </w:style>
  <w:style w:type="paragraph" w:customStyle="1" w:styleId="ResumeProject">
    <w:name w:val="Resume Project"/>
    <w:basedOn w:val="Normal"/>
    <w:rPr>
      <w:rFonts w:ascii="Aptos" w:hAnsi="Apto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Ishan Asati - Student Developer Resume</dc:title>
  <dc:subject>Internship and freelance resume</dc:subject>
  <dc:creator>Ishan Asati</dc:creator>
  <cp:keywords>AI, Python, ESP32, student developer, internship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